
<file path=[Content_Types].xml><?xml version="1.0" encoding="utf-8"?>
<ns0:Types xmlns:ns0="http://schemas.openxmlformats.org/package/2006/content-types">
  <ns0:Default Extension="jpeg" ContentType="image/jpeg"/>
  <ns0:Default Extension="rels" ContentType="application/vnd.openxmlformats-package.relationships+xml"/>
  <ns0:Default Extension="xml" ContentType="application/xml"/>
  <ns0:Override PartName="/docProps/app.xml" ContentType="application/vnd.openxmlformats-officedocument.extended-properties+xml"/>
  <ns0:Override PartName="/docProps/core.xml" ContentType="application/vnd.openxmlformats-package.core-properties+xml"/>
  <ns0:Override PartName="/word/document.xml" ContentType="application/vnd.openxmlformats-officedocument.wordprocessingml.document.main+xml"/>
  <ns0:Override PartName="/word/fontTable.xml" ContentType="application/vnd.openxmlformats-officedocument.wordprocessingml.fontTable+xml"/>
  <ns0:Override PartName="/word/numbering.xml" ContentType="application/vnd.openxmlformats-officedocument.wordprocessingml.numbering+xml"/>
  <ns0:Override PartName="/word/settings.xml" ContentType="application/vnd.openxmlformats-officedocument.wordprocessingml.settings+xml"/>
  <ns0:Override PartName="/word/styles.xml" ContentType="application/vnd.openxmlformats-officedocument.wordprocessingml.styles+xml"/>
  <ns0:Override PartName="/word/stylesWithEffects.xml" ContentType="application/vnd.ms-word.stylesWithEffects+xml"/>
  <ns0:Override PartName="/word/theme/theme1.xml" ContentType="application/vnd.openxmlformats-officedocument.theme+xml"/>
  <ns0:Override PartName="/word/webSettings.xml" ContentType="application/vnd.openxmlformats-officedocument.wordprocessingml.webSettings+xml"/>
</ns0:Types>
</file>

<file path=_rels/.rels><?xml version='1.0' encoding='utf-8'?>
<ns0:Relationships xmlns:ns0="http://schemas.openxmlformats.org/package/2006/relationships"><ns0:Relationship Id="rId3" Type="http://schemas.openxmlformats.org/package/2006/relationships/metadata/core-properties" Target="docProps/core.xml" /><ns0:Relationship Id="rId4" Type="http://schemas.openxmlformats.org/officeDocument/2006/relationships/extended-properties" Target="docProps/app.xml" /><ns0:Relationship Id="rId1" Type="http://schemas.openxmlformats.org/officeDocument/2006/relationships/officeDocument" Target="word/document.xml" /><ns0:Relationship Id="rId2" Type="http://schemas.openxmlformats.org/package/2006/relationships/metadata/thumbnail" Target="docProps/thumbnail.jpeg" /></ns0: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40" w:lineRule="auto"/>
        <w:jc w:val="right"/>
      </w:pPr>
      <w:r>
        <w:rPr>
          <w:rFonts w:ascii="Times New Roman" w:hAnsi="Times New Roman" w:eastAsia="Times New Roman"/>
          <w:b w:val="0"/>
          <w:sz w:val="21"/>
        </w:rPr>
        <w:t>Начальнику Жилищной инспекции</w:t>
      </w:r>
      <w:r>
        <w:br/>
      </w:r>
      <w:r>
        <w:rPr>
          <w:rFonts w:ascii="Times New Roman" w:hAnsi="Times New Roman" w:eastAsia="Times New Roman"/>
          <w:b w:val="0"/>
          <w:sz w:val="21"/>
        </w:rPr>
        <w:t>по Северо-Западному административному</w:t>
      </w:r>
      <w:r>
        <w:br/>
      </w:r>
      <w:r>
        <w:rPr>
          <w:rFonts w:ascii="Times New Roman" w:hAnsi="Times New Roman" w:eastAsia="Times New Roman"/>
          <w:b w:val="0"/>
          <w:sz w:val="21"/>
        </w:rPr>
        <w:t>округу города Москвы</w:t>
      </w:r>
      <w:r>
        <w:br/>
      </w:r>
      <w:r>
        <w:rPr>
          <w:rFonts w:ascii="Times New Roman" w:hAnsi="Times New Roman" w:eastAsia="Times New Roman"/>
          <w:b w:val="0"/>
          <w:sz w:val="21"/>
        </w:rPr>
        <w:t>В.С. Кожевникову</w:t>
      </w:r>
      <w:r>
        <w:br/>
      </w:r>
      <w:r>
        <w:rPr>
          <w:rFonts w:ascii="Times New Roman" w:hAnsi="Times New Roman" w:eastAsia="Times New Roman"/>
          <w:b w:val="0"/>
          <w:sz w:val="21"/>
        </w:rPr>
      </w:r>
      <w:r>
        <w:br/>
      </w:r>
      <w:r>
        <w:rPr>
          <w:rFonts w:ascii="Times New Roman" w:hAnsi="Times New Roman" w:eastAsia="Times New Roman"/>
          <w:b w:val="0"/>
          <w:sz w:val="21"/>
        </w:rPr>
        <w:t>от заявителя: __________________________________</w:t>
      </w:r>
      <w:r>
        <w:br/>
      </w:r>
      <w:r>
        <w:rPr>
          <w:rFonts w:ascii="Times New Roman" w:hAnsi="Times New Roman" w:eastAsia="Times New Roman"/>
          <w:b w:val="0"/>
          <w:sz w:val="21"/>
        </w:rPr>
        <w:t>помещение № ______, площадь ______ кв. м</w:t>
      </w:r>
      <w:r>
        <w:br/>
      </w:r>
      <w:r>
        <w:rPr>
          <w:rFonts w:ascii="Times New Roman" w:hAnsi="Times New Roman" w:eastAsia="Times New Roman"/>
          <w:b w:val="0"/>
          <w:sz w:val="21"/>
        </w:rPr>
        <w:t>адрес: г. Москва, Строительный проезд, д. 9, корп. 1</w:t>
      </w:r>
      <w:r>
        <w:br/>
      </w:r>
      <w:r>
        <w:rPr>
          <w:rFonts w:ascii="Times New Roman" w:hAnsi="Times New Roman" w:eastAsia="Times New Roman"/>
          <w:b w:val="0"/>
          <w:sz w:val="21"/>
        </w:rPr>
        <w:t>тел.: __________________________________________</w:t>
      </w:r>
      <w:r>
        <w:br/>
      </w:r>
      <w:r>
        <w:rPr>
          <w:rFonts w:ascii="Times New Roman" w:hAnsi="Times New Roman" w:eastAsia="Times New Roman"/>
          <w:b w:val="0"/>
          <w:sz w:val="21"/>
        </w:rPr>
        <w:t>e-mail: ________________________________________</w:t>
      </w:r>
    </w:p>
    <w:p>
      <w:pPr>
        <w:spacing w:after="40" w:before="0" w:line="240" w:lineRule="auto"/>
        <w:ind w:firstLine="510"/>
        <w:jc w:val="both"/>
      </w:pPr>
      <w:r>
        <w:rPr>
          <w:rFonts w:ascii="Times New Roman" w:hAnsi="Times New Roman" w:eastAsia="Times New Roman"/>
          <w:b w:val="0"/>
          <w:sz w:val="21"/>
        </w:rPr>
        <w:t>Настоящим информирую, что я, _____________________________________________, являюсь лицом, сведения о котором использованы в материалах общего собрания собственников помещений по помещению № ______ по адресу: г. Москва, Строительный проезд, д. 9, корп. 1.</w:t>
      </w:r>
    </w:p>
    <w:p>
      <w:pPr>
        <w:spacing w:after="40" w:line="240" w:lineRule="auto"/>
        <w:ind w:firstLine="510"/>
        <w:jc w:val="left"/>
      </w:pPr>
      <w:r>
        <w:rPr>
          <w:rFonts w:ascii="Times New Roman" w:hAnsi="Times New Roman" w:eastAsia="Times New Roman"/>
          <w:b w:val="0"/>
          <w:sz w:val="21"/>
        </w:rPr>
        <w:t>Основание права на помещение: ________________________________________________.</w:t>
      </w:r>
    </w:p>
    <w:p>
      <w:pPr>
        <w:spacing w:after="40" w:before="0" w:line="240" w:lineRule="auto"/>
        <w:ind w:firstLine="510"/>
        <w:jc w:val="both"/>
      </w:pPr>
      <w:r>
        <w:rPr>
          <w:rFonts w:ascii="Times New Roman" w:hAnsi="Times New Roman" w:eastAsia="Times New Roman"/>
          <w:b w:val="0"/>
          <w:sz w:val="21"/>
        </w:rPr>
        <w:t>Участие в общем собрании собственников помещений указанного многоквартирного дома, проводившемся в период с 16.03.2026 по 16.04.2026 и оформленном протоколом № 1 от 24.04.2026, я не принимал(а).</w:t>
      </w:r>
    </w:p>
    <w:p>
      <w:pPr>
        <w:spacing w:after="40" w:before="0" w:line="240" w:lineRule="auto"/>
        <w:ind w:firstLine="510"/>
        <w:jc w:val="both"/>
      </w:pPr>
      <w:r>
        <w:rPr>
          <w:rFonts w:ascii="Times New Roman" w:hAnsi="Times New Roman" w:eastAsia="Times New Roman"/>
          <w:b w:val="0"/>
          <w:sz w:val="21"/>
        </w:rPr>
        <w:t>Письменное решение собственника (бюллетень) по указанному общему собранию я не заполнял(а), отметки по вопросам повестки не ставил(а), подпись не ставил(а), доверенность на участие в голосовании и подписание документов от моего имени никому не выдавал(а).</w:t>
      </w:r>
    </w:p>
    <w:p>
      <w:pPr>
        <w:spacing w:after="40" w:before="0" w:line="240" w:lineRule="auto"/>
        <w:ind w:firstLine="510"/>
        <w:jc w:val="both"/>
      </w:pPr>
      <w:r>
        <w:rPr>
          <w:rFonts w:ascii="Times New Roman" w:hAnsi="Times New Roman" w:eastAsia="Times New Roman"/>
          <w:b w:val="0"/>
          <w:sz w:val="21"/>
        </w:rPr>
        <w:t>Подпись, содержащаяся в письменном решении, оформленном от моего имени, мне не принадлежит. Указанное письменное решение не выражает моего волеизъявления и не может подтверждать мое участие в голосовании.</w:t>
      </w:r>
    </w:p>
    <w:p>
      <w:pPr>
        <w:spacing w:after="40" w:before="0" w:line="240" w:lineRule="auto"/>
        <w:ind w:firstLine="510"/>
        <w:jc w:val="both"/>
      </w:pPr>
      <w:r>
        <w:rPr>
          <w:rFonts w:ascii="Times New Roman" w:hAnsi="Times New Roman" w:eastAsia="Times New Roman"/>
          <w:b w:val="0"/>
          <w:sz w:val="21"/>
        </w:rPr>
        <w:t>С учетом того, что дом является новостройкой, прошу проверить, на основании какого документа сведения обо мне и о помещении были включены в реестр участников голосования и подсчет голосов: выписки из ЕГРН, акта приема-передачи помещения от застройщика либо иного документа.</w:t>
      </w:r>
    </w:p>
    <w:p>
      <w:pPr>
        <w:spacing w:after="40" w:before="0" w:line="240" w:lineRule="auto"/>
        <w:ind w:firstLine="510"/>
        <w:jc w:val="both"/>
      </w:pPr>
      <w:r>
        <w:rPr>
          <w:rFonts w:ascii="Times New Roman" w:hAnsi="Times New Roman" w:eastAsia="Times New Roman"/>
          <w:b w:val="0"/>
          <w:sz w:val="21"/>
        </w:rPr>
        <w:t>Акт приема-передачи помещения сам по себе не является письменным решением по вопросам повестки общего собрания и не подтверждает мое участие в голосовании.</w:t>
      </w:r>
    </w:p>
    <w:p>
      <w:pPr>
        <w:spacing w:after="40" w:before="0" w:line="240" w:lineRule="auto"/>
        <w:ind w:firstLine="510"/>
        <w:jc w:val="both"/>
      </w:pPr>
      <w:r>
        <w:rPr>
          <w:rFonts w:ascii="Times New Roman" w:hAnsi="Times New Roman" w:eastAsia="Times New Roman"/>
          <w:b w:val="0"/>
          <w:sz w:val="21"/>
        </w:rPr>
        <w:t>Прошу при проведении проверки установить и указать в ответе:</w:t>
      </w:r>
    </w:p>
    <w:p>
      <w:pPr>
        <w:spacing w:after="20" w:line="240" w:lineRule="auto"/>
        <w:ind w:left="454" w:hanging="198"/>
        <w:jc w:val="left"/>
      </w:pPr>
      <w:r>
        <w:rPr>
          <w:rFonts w:ascii="Times New Roman" w:hAnsi="Times New Roman" w:eastAsia="Times New Roman"/>
          <w:b w:val="0"/>
          <w:sz w:val="21"/>
        </w:rPr>
        <w:t>1. учитывалось ли письменное решение, оформленное от моего имени, при определении кворума;</w:t>
      </w:r>
    </w:p>
    <w:p>
      <w:pPr>
        <w:spacing w:after="20" w:line="240" w:lineRule="auto"/>
        <w:ind w:left="454" w:hanging="198"/>
        <w:jc w:val="left"/>
      </w:pPr>
      <w:r>
        <w:rPr>
          <w:rFonts w:ascii="Times New Roman" w:hAnsi="Times New Roman" w:eastAsia="Times New Roman"/>
          <w:b w:val="0"/>
          <w:sz w:val="21"/>
        </w:rPr>
        <w:t>2. учитывался ли голос, оформленный от моего имени, при подсчете голосов по вопросам повестки;</w:t>
      </w:r>
    </w:p>
    <w:p>
      <w:pPr>
        <w:spacing w:after="20" w:line="240" w:lineRule="auto"/>
        <w:ind w:left="454" w:hanging="198"/>
        <w:jc w:val="left"/>
      </w:pPr>
      <w:r>
        <w:rPr>
          <w:rFonts w:ascii="Times New Roman" w:hAnsi="Times New Roman" w:eastAsia="Times New Roman"/>
          <w:b w:val="0"/>
          <w:sz w:val="21"/>
        </w:rPr>
        <w:t>3. какой документ был указан как основание включения моего голоса в материалы общего собрания;</w:t>
      </w:r>
    </w:p>
    <w:p>
      <w:pPr>
        <w:spacing w:after="20" w:line="240" w:lineRule="auto"/>
        <w:ind w:left="454" w:hanging="198"/>
        <w:jc w:val="left"/>
      </w:pPr>
      <w:r>
        <w:rPr>
          <w:rFonts w:ascii="Times New Roman" w:hAnsi="Times New Roman" w:eastAsia="Times New Roman"/>
          <w:b w:val="0"/>
          <w:sz w:val="21"/>
        </w:rPr>
        <w:t>4. кем и когда письменное решение было принято к учету.</w:t>
      </w:r>
    </w:p>
    <w:p>
      <w:pPr>
        <w:spacing w:after="40" w:before="0" w:line="240" w:lineRule="auto"/>
        <w:ind w:firstLine="510"/>
        <w:jc w:val="both"/>
      </w:pPr>
      <w:r>
        <w:rPr>
          <w:rFonts w:ascii="Times New Roman" w:hAnsi="Times New Roman" w:eastAsia="Times New Roman"/>
          <w:b w:val="0"/>
          <w:sz w:val="21"/>
        </w:rPr>
        <w:t>Для проведения проверки готов(а) предоставить свободные и экспериментальные образцы подписи и почерка.</w:t>
      </w:r>
    </w:p>
    <w:p>
      <w:pPr>
        <w:spacing w:after="40" w:before="0" w:line="240" w:lineRule="auto"/>
        <w:ind w:firstLine="510"/>
        <w:jc w:val="both"/>
      </w:pPr>
      <w:r>
        <w:rPr>
          <w:rFonts w:ascii="Times New Roman" w:hAnsi="Times New Roman" w:eastAsia="Times New Roman"/>
          <w:b w:val="0"/>
          <w:sz w:val="21"/>
        </w:rPr>
        <w:t>При выявлении признаков подделки письменного решения собственника прошу передать материалы в правоохранительные органы для правовой оценки по статье 327 Уголовного кодекса Российской Федерации.</w:t>
      </w:r>
    </w:p>
    <w:p>
      <w:pPr>
        <w:spacing w:after="40" w:line="240" w:lineRule="auto"/>
        <w:ind w:firstLine="510"/>
        <w:jc w:val="left"/>
      </w:pPr>
      <w:r>
        <w:rPr>
          <w:rFonts w:ascii="Times New Roman" w:hAnsi="Times New Roman" w:eastAsia="Times New Roman"/>
          <w:b w:val="0"/>
          <w:sz w:val="21"/>
        </w:rPr>
        <w:t>Ответ прошу направить по адресу: ____________________________________________ и на электронную почту: ________________________________________.</w:t>
      </w:r>
    </w:p>
    <w:p>
      <w:pPr>
        <w:spacing w:before="120"/>
        <w:jc w:val="left"/>
      </w:pPr>
      <w:r>
        <w:rPr>
          <w:rFonts w:ascii="Times New Roman" w:hAnsi="Times New Roman" w:eastAsia="Times New Roman"/>
          <w:b w:val="0"/>
          <w:sz w:val="21"/>
        </w:rPr>
        <w:t>Дата: «___» ____________ 2026 г.        Подпись: ________________ / _______________________ /</w:t>
      </w:r>
    </w:p>
    <w:sectPr w:rsidR="00FC693F" w:rsidRPr="0006063C" w:rsidSect="00034616">
      <w:pgSz w:w="11906" w:h="16838"/>
      <w:pgMar w:top="680" w:right="90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?>
<ns0:Relationships xmlns:ns0="http://schemas.openxmlformats.org/package/2006/relationships"><ns0:Relationship Id="rId3" Type="http://schemas.openxmlformats.org/officeDocument/2006/relationships/styles" Target="styles.xml" /><ns0:Relationship Id="rId4" Type="http://schemas.microsoft.com/office/2007/relationships/stylesWithEffects" Target="stylesWithEffects.xml" /><ns0:Relationship Id="rId5" Type="http://schemas.openxmlformats.org/officeDocument/2006/relationships/settings" Target="settings.xml" /><ns0:Relationship Id="rId6" Type="http://schemas.openxmlformats.org/officeDocument/2006/relationships/webSettings" Target="webSettings.xml" /><ns0:Relationship Id="rId7" Type="http://schemas.openxmlformats.org/officeDocument/2006/relationships/fontTable" Target="fontTable.xml" /><ns0:Relationship Id="rId8" Type="http://schemas.openxmlformats.org/officeDocument/2006/relationships/theme" Target="theme/theme1.xml" /><ns0:Relationship Id="rId2" Type="http://schemas.openxmlformats.org/officeDocument/2006/relationships/numbering" Target="numbering.xml" /></ns0: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Normal.dotm</ns0:Template>
  <ns0:TotalTime>0</ns0:TotalTime>
  <ns0:Pages>1</ns0:Pages>
  <ns0:Words>0</ns0:Words>
  <ns0:Characters>0</ns0:Characters>
  <ns0:Application>Microsoft Macintosh Word</ns0:Application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CharactersWithSpaces>0</ns0:CharactersWithSpaces>
  <ns0:SharedDoc>false</ns0:SharedDoc>
  <ns0:HyperlinkBase/>
  <ns0:HyperlinksChanged>false</ns0:HyperlinksChanged>
  <ns0:AppVersion>14.0000</ns0:AppVersion>
</ns0: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Информация в МЖИ: заявитель не голосовал</dc:title>
  <dc:subject/>
  <dc:creator/>
  <ns0:keywords/>
  <dc:description/>
  <ns0:lastModifiedBy/>
  <ns0:revision>1</ns0:revision>
  <ns2:created xsi:type="dcterms:W3CDTF">2013-12-23T23:15:00Z</ns2:created>
  <ns2:modified xsi:type="dcterms:W3CDTF">2013-12-23T23:15:00Z</ns2:modified>
  <ns0:category/>
</ns0:coreProperties>
</file>