
<file path=[Content_Types].xml><?xml version="1.0" encoding="utf-8"?>
<ns0:Types xmlns:ns0="http://schemas.openxmlformats.org/package/2006/content-types">
  <ns0:Default Extension="jpeg" ContentType="image/jpeg"/>
  <ns0:Default Extension="rels" ContentType="application/vnd.openxmlformats-package.relationships+xml"/>
  <ns0:Default Extension="xml" ContentType="application/xml"/>
  <ns0:Override PartName="/docProps/app.xml" ContentType="application/vnd.openxmlformats-officedocument.extended-properties+xml"/>
  <ns0:Override PartName="/docProps/core.xml" ContentType="application/vnd.openxmlformats-package.core-properties+xml"/>
  <ns0:Override PartName="/word/document.xml" ContentType="application/vnd.openxmlformats-officedocument.wordprocessingml.document.main+xml"/>
  <ns0:Override PartName="/word/fontTable.xml" ContentType="application/vnd.openxmlformats-officedocument.wordprocessingml.fontTable+xml"/>
  <ns0:Override PartName="/word/footer1.xml" ContentType="application/vnd.openxmlformats-officedocument.wordprocessingml.footer+xml"/>
  <ns0:Override PartName="/word/numbering.xml" ContentType="application/vnd.openxmlformats-officedocument.wordprocessingml.numbering+xml"/>
  <ns0:Override PartName="/word/settings.xml" ContentType="application/vnd.openxmlformats-officedocument.wordprocessingml.settings+xml"/>
  <ns0:Override PartName="/word/styles.xml" ContentType="application/vnd.openxmlformats-officedocument.wordprocessingml.styles+xml"/>
  <ns0:Override PartName="/word/stylesWithEffects.xml" ContentType="application/vnd.ms-word.stylesWithEffects+xml"/>
  <ns0:Override PartName="/word/theme/theme1.xml" ContentType="application/vnd.openxmlformats-officedocument.theme+xml"/>
  <ns0:Override PartName="/word/webSettings.xml" ContentType="application/vnd.openxmlformats-officedocument.wordprocessingml.webSettings+xml"/>
</ns0:Types>
</file>

<file path=_rels/.rels><?xml version='1.0' encoding='utf-8'?>
<ns0:Relationships xmlns:ns0="http://schemas.openxmlformats.org/package/2006/relationships"><ns0:Relationship Id="rId3" Type="http://schemas.openxmlformats.org/package/2006/relationships/metadata/core-properties" Target="docProps/core.xml" /><ns0:Relationship Id="rId4" Type="http://schemas.openxmlformats.org/officeDocument/2006/relationships/extended-properties" Target="docProps/app.xml" /><ns0:Relationship Id="rId1" Type="http://schemas.openxmlformats.org/officeDocument/2006/relationships/officeDocument" Target="word/document.xml" /><ns0:Relationship Id="rId2" Type="http://schemas.openxmlformats.org/package/2006/relationships/metadata/thumbnail" Target="docProps/thumbnail.jpeg" /></ns0: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right"/>
      </w:pPr>
      <w:r>
        <w:rPr>
          <w:rFonts w:ascii="Times New Roman" w:hAnsi="Times New Roman" w:eastAsia="Times New Roman"/>
          <w:sz w:val="28"/>
        </w:rPr>
        <w:t>В Тушинский районный суд города Москвы</w:t>
      </w:r>
    </w:p>
    <w:p>
      <w:pPr>
        <w:spacing w:after="0"/>
        <w:ind w:firstLine="0"/>
        <w:jc w:val="right"/>
      </w:pPr>
      <w:r>
        <w:rPr>
          <w:rFonts w:ascii="Times New Roman" w:hAnsi="Times New Roman" w:eastAsia="Times New Roman"/>
          <w:sz w:val="28"/>
        </w:rPr>
      </w:r>
    </w:p>
    <w:p>
      <w:pPr>
        <w:spacing w:after="0"/>
        <w:ind w:firstLine="0"/>
        <w:jc w:val="right"/>
      </w:pPr>
      <w:r>
        <w:rPr>
          <w:rFonts w:ascii="Times New Roman" w:hAnsi="Times New Roman" w:eastAsia="Times New Roman"/>
          <w:sz w:val="28"/>
        </w:rPr>
        <w:t>от собственника помещения в многоквартирном доме</w:t>
      </w:r>
    </w:p>
    <w:p>
      <w:pPr>
        <w:spacing w:after="0"/>
        <w:ind w:firstLine="0"/>
        <w:jc w:val="right"/>
      </w:pPr>
      <w:r>
        <w:rPr>
          <w:rFonts w:ascii="Times New Roman" w:hAnsi="Times New Roman" w:eastAsia="Times New Roman"/>
          <w:sz w:val="28"/>
        </w:rPr>
        <w:t>по адресу: г. Москва, Строительный проезд, д. 9, корп. 1</w:t>
      </w:r>
    </w:p>
    <w:p>
      <w:pPr>
        <w:spacing w:before="100"/>
        <w:ind w:firstLine="0"/>
        <w:jc w:val="right"/>
      </w:pPr>
      <w:r>
        <w:rPr>
          <w:b/>
        </w:rPr>
        <w:t xml:space="preserve">Ф.И.О.: </w:t>
      </w:r>
      <w:r>
        <w:t>____________________________________________________________</w:t>
      </w:r>
    </w:p>
    <w:p>
      <w:pPr>
        <w:spacing w:before="80"/>
        <w:ind w:firstLine="0"/>
        <w:jc w:val="right"/>
      </w:pPr>
      <w:r>
        <w:rPr>
          <w:b/>
        </w:rPr>
        <w:t xml:space="preserve">№ помещения (квартиры): </w:t>
      </w:r>
      <w:r>
        <w:t>________________________</w:t>
      </w:r>
    </w:p>
    <w:p>
      <w:pPr>
        <w:spacing w:before="280" w:after="40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ЗАЯВЛЕНИЕ</w:t>
      </w:r>
    </w:p>
    <w:p>
      <w:pPr>
        <w:spacing w:after="200"/>
        <w:ind w:firstLine="0"/>
        <w:jc w:val="center"/>
      </w:pPr>
      <w:r>
        <w:rPr>
          <w:rFonts w:ascii="Times New Roman" w:hAnsi="Times New Roman" w:eastAsia="Times New Roman"/>
          <w:sz w:val="28"/>
        </w:rPr>
        <w:t>о неучастии в общем собрании собственников</w:t>
      </w:r>
    </w:p>
    <w:p>
      <w:pPr>
        <w:spacing w:before="100" w:after="0" w:line="276" w:lineRule="auto"/>
        <w:ind w:firstLine="709"/>
        <w:jc w:val="both"/>
      </w:pPr>
      <w:r>
        <w:rPr>
          <w:rFonts w:ascii="Times New Roman" w:hAnsi="Times New Roman" w:eastAsia="Times New Roman"/>
          <w:sz w:val="28"/>
        </w:rPr>
        <w:t>Я являюсь собственником указанного выше помещения.</w:t>
      </w:r>
    </w:p>
    <w:p>
      <w:pPr>
        <w:spacing w:before="100" w:after="0" w:line="276" w:lineRule="auto"/>
        <w:ind w:firstLine="709"/>
        <w:jc w:val="both"/>
      </w:pPr>
      <w:r>
        <w:rPr>
          <w:rFonts w:ascii="Times New Roman" w:hAnsi="Times New Roman" w:eastAsia="Times New Roman"/>
          <w:sz w:val="28"/>
        </w:rPr>
        <w:t>В общем собрании собственников помещений многоквартирного дома, проводившемся в период с 16.03.2026 по 16.04.2026, участие мной не принималось, голосование не осуществлялось.</w:t>
      </w:r>
    </w:p>
    <w:p>
      <w:pPr>
        <w:spacing w:before="100" w:after="0" w:line="276" w:lineRule="auto"/>
        <w:ind w:firstLine="709"/>
        <w:jc w:val="both"/>
      </w:pPr>
      <w:r>
        <w:rPr>
          <w:rFonts w:ascii="Times New Roman" w:hAnsi="Times New Roman" w:eastAsia="Times New Roman"/>
          <w:sz w:val="28"/>
        </w:rPr>
        <w:t>Мне предъявлено письменное решение (бюллетень), оформленное от моего имени и включенное в материалы указанного общего собрания. Данное решение мной не заполнялось, не подписывалось и никому для передачи не вручалось.</w:t>
      </w:r>
    </w:p>
    <w:p>
      <w:pPr>
        <w:spacing w:before="100" w:after="0" w:line="276" w:lineRule="auto"/>
        <w:ind w:firstLine="709"/>
        <w:jc w:val="both"/>
      </w:pPr>
      <w:r>
        <w:rPr>
          <w:rFonts w:ascii="Times New Roman" w:hAnsi="Times New Roman" w:eastAsia="Times New Roman"/>
          <w:sz w:val="28"/>
        </w:rPr>
        <w:t>Полномочия на участие в голосовании, заполнение, подписание или передачу письменного решения от моего имени другим лицам не предоставлялись. Доверенность на голосование не выдавалась.</w:t>
      </w:r>
    </w:p>
    <w:p>
      <w:pPr>
        <w:spacing w:before="100" w:after="0" w:line="276" w:lineRule="auto"/>
        <w:ind w:firstLine="709"/>
        <w:jc w:val="both"/>
      </w:pPr>
      <w:r>
        <w:rPr>
          <w:rFonts w:ascii="Times New Roman" w:hAnsi="Times New Roman" w:eastAsia="Times New Roman"/>
          <w:sz w:val="28"/>
        </w:rPr>
        <w:t>Подпись в указанном письменном решении мне не принадлежит. Отметки о голосовании, содержащиеся в нем, моего волеизъявления не выражают.</w:t>
      </w:r>
    </w:p>
    <w:p>
      <w:pPr>
        <w:spacing w:before="100" w:after="0" w:line="276" w:lineRule="auto"/>
        <w:ind w:firstLine="709"/>
        <w:jc w:val="both"/>
      </w:pPr>
      <w:r>
        <w:rPr>
          <w:rFonts w:ascii="Times New Roman" w:hAnsi="Times New Roman" w:eastAsia="Times New Roman"/>
          <w:sz w:val="28"/>
        </w:rPr>
        <w:t>Настоящее заявление составлено и подписано лично. Изложенные обстоятельства готов подтвердить в судебном заседании. При необходимости готов предоставить образцы подписи для исследования.</w:t>
      </w:r>
    </w:p>
    <w:p>
      <w:pPr>
        <w:spacing w:before="100" w:after="0" w:line="276" w:lineRule="auto"/>
        <w:ind w:firstLine="709"/>
        <w:jc w:val="both"/>
      </w:pPr>
      <w:r>
        <w:rPr>
          <w:rFonts w:ascii="Times New Roman" w:hAnsi="Times New Roman" w:eastAsia="Times New Roman"/>
          <w:sz w:val="28"/>
        </w:rPr>
        <w:t>Прошу приобщить настоящее заявление к материалам гражданского дела об оспаривании решений указанного общего собрания собственников.</w:t>
      </w:r>
    </w:p>
    <w:p>
      <w:pPr>
        <w:spacing w:before="160" w:after="0"/>
        <w:ind w:firstLin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44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>
              <w:rPr>
                <w:rFonts w:ascii="Times New Roman" w:hAnsi="Times New Roman" w:eastAsia="Times New Roman"/>
                <w:sz w:val="28"/>
              </w:rPr>
              <w:t>Дата: __________________________</w:t>
            </w:r>
          </w:p>
        </w:tc>
        <w:tc>
          <w:tcPr>
            <w:tcW w:type="dxa" w:w="391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>
              <w:rPr>
                <w:rFonts w:ascii="Times New Roman" w:hAnsi="Times New Roman" w:eastAsia="Times New Roman"/>
                <w:sz w:val="28"/>
              </w:rPr>
              <w:t>Подпись: __________________________</w:t>
            </w:r>
          </w:p>
        </w:tc>
      </w:tr>
      <w:tr>
        <w:tc>
          <w:tcPr>
            <w:tcW w:type="dxa" w:w="544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391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850" w:bottom="964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rPr>
        <w:rFonts w:ascii="Times New Roman" w:hAnsi="Times New Roman"/>
        <w:sz w:val="20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?>
<ns0:Relationships xmlns:ns0="http://schemas.openxmlformats.org/package/2006/relationships"><ns0:Relationship Id="rId3" Type="http://schemas.openxmlformats.org/officeDocument/2006/relationships/styles" Target="styles.xml" /><ns0:Relationship Id="rId4" Type="http://schemas.microsoft.com/office/2007/relationships/stylesWithEffects" Target="stylesWithEffects.xml" /><ns0:Relationship Id="rId5" Type="http://schemas.openxmlformats.org/officeDocument/2006/relationships/settings" Target="settings.xml" /><ns0:Relationship Id="rId6" Type="http://schemas.openxmlformats.org/officeDocument/2006/relationships/webSettings" Target="webSettings.xml" /><ns0:Relationship Id="rId7" Type="http://schemas.openxmlformats.org/officeDocument/2006/relationships/fontTable" Target="fontTable.xml" /><ns0:Relationship Id="rId8" Type="http://schemas.openxmlformats.org/officeDocument/2006/relationships/theme" Target="theme/theme1.xml" /><ns0:Relationship Id="rId2" Type="http://schemas.openxmlformats.org/officeDocument/2006/relationships/numbering" Target="numbering.xml" /><ns0:Relationship Id="rId9" Type="http://schemas.openxmlformats.org/officeDocument/2006/relationships/footer" Target="footer1.xml" /></ns0: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1</ns0:Pages>
  <ns0:Words>0</ns0:Words>
  <ns0:Characters>0</ns0:Characters>
  <ns0:Application>Microsoft Macintosh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0</ns0:CharactersWithSpaces>
  <ns0:SharedDoc>false</ns0:SharedDoc>
  <ns0:HyperlinkBase/>
  <ns0:HyperlinksChanged>false</ns0:HyperlinksChanged>
  <ns0:AppVersion>14.0000</ns0:AppVersion>
</ns0: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/>
  <dc:subject/>
  <dc:creator/>
  <ns0:keywords/>
  <dc:description/>
  <ns0:lastModifiedBy/>
  <ns0:revision>1</ns0:revision>
  <ns2:created xsi:type="dcterms:W3CDTF">2013-12-23T23:15:00Z</ns2:created>
  <ns2:modified xsi:type="dcterms:W3CDTF">2013-12-23T23:15:00Z</ns2:modified>
  <ns0:category/>
</ns0:coreProperties>
</file>